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sz w:val="36"/>
        </w:rPr>
        <w:t>YOUR NAME</w:t>
      </w:r>
    </w:p>
    <w:p>
      <w:pPr>
        <w:spacing w:after="60"/>
        <w:jc w:val="center"/>
      </w:pPr>
      <w:r>
        <w:rPr>
          <w:sz w:val="19"/>
        </w:rPr>
        <w:t>City, State | (000) 000-0000 | youremail@example.com | linkedin.com/in/yourname</w:t>
      </w:r>
    </w:p>
    <w:p>
      <w:pPr>
        <w:spacing w:before="120" w:after="40"/>
        <w:pBdr>
          <w:bottom w:val="single" w:sz="6" w:space="1" w:color="7F7F7F"/>
        </w:pBdr>
      </w:pPr>
      <w:r>
        <w:rPr>
          <w:rFonts w:ascii="Arial" w:hAnsi="Arial"/>
          <w:b/>
          <w:sz w:val="21"/>
        </w:rPr>
        <w:t>PROFESSIONAL SUMMARY</w:t>
      </w:r>
    </w:p>
    <w:p>
      <w:pPr>
        <w:spacing w:after="40"/>
      </w:pPr>
      <w:r>
        <w:t>Target job title with X+ years of experience in [industry/area]. Skilled in [skill 1], [skill 2], and [skill 3]. Known for [measurable result or strength].</w:t>
      </w:r>
    </w:p>
    <w:p>
      <w:pPr>
        <w:spacing w:before="120" w:after="40"/>
        <w:pBdr>
          <w:bottom w:val="single" w:sz="6" w:space="1" w:color="7F7F7F"/>
        </w:pBdr>
      </w:pPr>
      <w:r>
        <w:rPr>
          <w:rFonts w:ascii="Arial" w:hAnsi="Arial"/>
          <w:b/>
          <w:sz w:val="21"/>
        </w:rPr>
        <w:t>CORE SKILLS</w:t>
      </w:r>
    </w:p>
    <w:p>
      <w:pPr>
        <w:spacing w:after="40"/>
      </w:pPr>
      <w:r>
        <w:t>Skill 1 | Skill 2 | Skill 3 | Skill 4 | Skill 5 | Skill 6 | Software/Tool | Certification or Job-Specific Skill</w:t>
      </w:r>
    </w:p>
    <w:p>
      <w:pPr>
        <w:spacing w:before="120" w:after="40"/>
        <w:pBdr>
          <w:bottom w:val="single" w:sz="6" w:space="1" w:color="7F7F7F"/>
        </w:pBdr>
      </w:pPr>
      <w:r>
        <w:rPr>
          <w:rFonts w:ascii="Arial" w:hAnsi="Arial"/>
          <w:b/>
          <w:sz w:val="21"/>
        </w:rPr>
        <w:t>PROFESSIONAL EXPERIENCE</w:t>
      </w:r>
    </w:p>
    <w:p>
      <w:pPr>
        <w:spacing w:after="0"/>
      </w:pPr>
      <w:r>
        <w:rPr>
          <w:b/>
        </w:rPr>
        <w:t>JOB TITLE</w:t>
      </w:r>
      <w:r>
        <w:t xml:space="preserve"> | Company Name, City, State</w:t>
      </w:r>
      <w:r>
        <w:rPr>
          <w:b/>
        </w:rPr>
        <w:t xml:space="preserve"> | Month YYYY–Present</w:t>
      </w:r>
    </w:p>
    <w:p>
      <w:pPr>
        <w:pStyle w:val="ListBullet"/>
        <w:spacing w:after="24"/>
        <w:ind w:left="259" w:hanging="173"/>
      </w:pPr>
      <w:r>
        <w:rPr>
          <w:rFonts w:ascii="Arial" w:hAnsi="Arial"/>
          <w:sz w:val="20"/>
        </w:rPr>
        <w:t>Start with a strong action verb and describe an accomplishment, ideally with a number, percentage, dollar amount, time saved, volume handled, or other measurable result.</w:t>
      </w:r>
    </w:p>
    <w:p>
      <w:pPr>
        <w:pStyle w:val="ListBullet"/>
        <w:spacing w:after="24"/>
        <w:ind w:left="259" w:hanging="173"/>
      </w:pPr>
      <w:r>
        <w:rPr>
          <w:rFonts w:ascii="Arial" w:hAnsi="Arial"/>
          <w:sz w:val="20"/>
        </w:rPr>
        <w:t>Show the skills that match the target job. Use relevant terminology from the job description naturally; do not copy entire sentences or stuff keywords.</w:t>
      </w:r>
    </w:p>
    <w:p>
      <w:pPr>
        <w:pStyle w:val="ListBullet"/>
        <w:spacing w:after="24"/>
        <w:ind w:left="259" w:hanging="173"/>
      </w:pPr>
      <w:r>
        <w:rPr>
          <w:rFonts w:ascii="Arial" w:hAnsi="Arial"/>
          <w:sz w:val="20"/>
        </w:rPr>
        <w:t>Focus on outcomes and scope: what you improved, delivered, supported, resolved, built, sold, managed, processed, or maintained.</w:t>
      </w:r>
    </w:p>
    <w:p>
      <w:pPr>
        <w:spacing w:before="60" w:after="0"/>
      </w:pPr>
      <w:r>
        <w:rPr>
          <w:b/>
        </w:rPr>
        <w:t>PREVIOUS JOB TITLE</w:t>
      </w:r>
      <w:r>
        <w:t xml:space="preserve"> | Previous Company, City, State</w:t>
      </w:r>
      <w:r>
        <w:rPr>
          <w:b/>
        </w:rPr>
        <w:t xml:space="preserve"> | Month YYYY–Month YYYY</w:t>
      </w:r>
    </w:p>
    <w:p>
      <w:pPr>
        <w:pStyle w:val="ListBullet"/>
        <w:spacing w:after="24"/>
        <w:ind w:left="259" w:hanging="173"/>
      </w:pPr>
      <w:r>
        <w:rPr>
          <w:rFonts w:ascii="Arial" w:hAnsi="Arial"/>
          <w:sz w:val="20"/>
        </w:rPr>
        <w:t>Describe a relevant responsibility or achievement with clear context and a concrete result.</w:t>
      </w:r>
    </w:p>
    <w:p>
      <w:pPr>
        <w:pStyle w:val="ListBullet"/>
        <w:spacing w:after="24"/>
        <w:ind w:left="259" w:hanging="173"/>
      </w:pPr>
      <w:r>
        <w:rPr>
          <w:rFonts w:ascii="Arial" w:hAnsi="Arial"/>
          <w:sz w:val="20"/>
        </w:rPr>
        <w:t>Prioritize experience that demonstrates the qualifications required for the job you are applying for.</w:t>
      </w:r>
    </w:p>
    <w:p>
      <w:pPr>
        <w:pStyle w:val="ListBullet"/>
        <w:spacing w:after="24"/>
        <w:ind w:left="259" w:hanging="173"/>
      </w:pPr>
      <w:r>
        <w:rPr>
          <w:rFonts w:ascii="Arial" w:hAnsi="Arial"/>
          <w:sz w:val="20"/>
        </w:rPr>
        <w:t>Keep older or less relevant positions shorter so the strongest experience receives the most space.</w:t>
      </w:r>
    </w:p>
    <w:p>
      <w:pPr>
        <w:spacing w:before="120" w:after="40"/>
        <w:pBdr>
          <w:bottom w:val="single" w:sz="6" w:space="1" w:color="7F7F7F"/>
        </w:pBdr>
      </w:pPr>
      <w:r>
        <w:rPr>
          <w:rFonts w:ascii="Arial" w:hAnsi="Arial"/>
          <w:b/>
          <w:sz w:val="21"/>
        </w:rPr>
        <w:t>EDUCATION</w:t>
      </w:r>
    </w:p>
    <w:p>
      <w:pPr>
        <w:spacing w:after="0"/>
      </w:pPr>
      <w:r>
        <w:rPr>
          <w:b/>
        </w:rPr>
        <w:t>Degree, Diploma, GED, or Certificate</w:t>
      </w:r>
      <w:r>
        <w:t xml:space="preserve"> | School or Institution, City, State | Year</w:t>
      </w:r>
    </w:p>
    <w:p>
      <w:pPr>
        <w:spacing w:before="120" w:after="40"/>
        <w:pBdr>
          <w:bottom w:val="single" w:sz="6" w:space="1" w:color="7F7F7F"/>
        </w:pBdr>
      </w:pPr>
      <w:r>
        <w:rPr>
          <w:rFonts w:ascii="Arial" w:hAnsi="Arial"/>
          <w:b/>
          <w:sz w:val="21"/>
        </w:rPr>
        <w:t>CERTIFICATIONS</w:t>
      </w:r>
    </w:p>
    <w:p>
      <w:pPr>
        <w:spacing w:after="0"/>
      </w:pPr>
      <w:r>
        <w:t>Certification Name | Issuing Organization | Year</w:t>
      </w:r>
    </w:p>
    <w:p>
      <w:pPr>
        <w:spacing w:before="120" w:after="40"/>
        <w:pBdr>
          <w:bottom w:val="single" w:sz="6" w:space="1" w:color="7F7F7F"/>
        </w:pBdr>
      </w:pPr>
      <w:r>
        <w:rPr>
          <w:rFonts w:ascii="Arial" w:hAnsi="Arial"/>
          <w:b/>
          <w:sz w:val="21"/>
        </w:rPr>
        <w:t>ADDITIONAL INFORMATION</w:t>
      </w:r>
    </w:p>
    <w:p>
      <w:pPr>
        <w:spacing w:after="0"/>
      </w:pPr>
      <w:r>
        <w:t>Languages: [Language] | Technical tools: [Tools] | Work authorization: [Optional, if relevant] | Portfolio: [Optional URL]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Empregara ATS-Friendly Resume Template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