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Arial" w:hAnsi="Arial"/>
          <w:b/>
          <w:sz w:val="34"/>
        </w:rPr>
        <w:t>[YOUR FULL NAME]</w:t>
      </w:r>
    </w:p>
    <w:p>
      <w:pPr>
        <w:spacing w:before="0" w:after="40"/>
        <w:jc w:val="center"/>
      </w:pPr>
      <w:r>
        <w:rPr>
          <w:b/>
          <w:sz w:val="21"/>
        </w:rPr>
        <w:t>[TARGET ROLE]</w:t>
      </w:r>
    </w:p>
    <w:p>
      <w:pPr>
        <w:spacing w:before="0" w:after="100"/>
        <w:jc w:val="center"/>
      </w:pPr>
      <w:r>
        <w:t>[City, State] | [Phone] | [Professional Email] | [LinkedIn or Portfolio - optional]</w:t>
      </w:r>
    </w:p>
    <w:p>
      <w:pPr>
        <w:pStyle w:val="ResumeSection"/>
        <w:pBdr>
          <w:bottom w:val="single" w:sz="6" w:space="1" w:color="B7BEC8"/>
        </w:pBdr>
      </w:pPr>
      <w:r>
        <w:t>CAREER OBJECTIVE</w:t>
      </w:r>
    </w:p>
    <w:p>
      <w:pPr>
        <w:spacing w:after="40"/>
      </w:pPr>
      <w:r>
        <w:t>Motivated [student / recent graduate / first-time job seeker] seeking a [target role] position. Brings strengths in [skill], [skill], and [skill] developed through school, projects, volunteering, extracurricular activities, and personal responsibilities. Ready to contribute [specific value tied to the job].</w:t>
      </w:r>
    </w:p>
    <w:p>
      <w:pPr>
        <w:pStyle w:val="ResumeSection"/>
        <w:pBdr>
          <w:bottom w:val="single" w:sz="6" w:space="1" w:color="B7BEC8"/>
        </w:pBdr>
      </w:pPr>
      <w:r>
        <w:t>RELEVANT SKILLS</w:t>
      </w:r>
    </w:p>
    <w:p>
      <w:pPr>
        <w:spacing w:after="30"/>
        <w:ind w:left="259" w:hanging="187"/>
      </w:pPr>
      <w:r>
        <w:rPr>
          <w:b/>
        </w:rPr>
        <w:t xml:space="preserve">• </w:t>
      </w:r>
      <w:r>
        <w:t>[Skill from the job posting] - Example: Customer service, communication, inventory, Microsoft Excel, cash handling, data entry.</w:t>
      </w:r>
    </w:p>
    <w:p>
      <w:pPr>
        <w:spacing w:after="30"/>
        <w:ind w:left="259" w:hanging="187"/>
      </w:pPr>
      <w:r>
        <w:rPr>
          <w:b/>
        </w:rPr>
        <w:t xml:space="preserve">• </w:t>
      </w:r>
      <w:r>
        <w:t>[Transferable skill] - Add a short proof point, e.g., coordinated a 5-person school project and met all deadlines.</w:t>
      </w:r>
    </w:p>
    <w:p>
      <w:pPr>
        <w:spacing w:after="30"/>
        <w:ind w:left="259" w:hanging="187"/>
      </w:pPr>
      <w:r>
        <w:rPr>
          <w:b/>
        </w:rPr>
        <w:t xml:space="preserve">• </w:t>
      </w:r>
      <w:r>
        <w:t>[Technical or job-specific skill] - List only skills you can actually demonstrate.</w:t>
      </w:r>
    </w:p>
    <w:p>
      <w:pPr>
        <w:pStyle w:val="ResumeSection"/>
        <w:pBdr>
          <w:bottom w:val="single" w:sz="6" w:space="1" w:color="B7BEC8"/>
        </w:pBdr>
      </w:pPr>
      <w:r>
        <w:t>PROJECTS, VOLUNTEER WORK &amp; RELEVANT EXPERIENCE</w:t>
      </w:r>
    </w:p>
    <w:p>
      <w:pPr>
        <w:spacing w:after="0"/>
      </w:pPr>
      <w:r>
        <w:rPr>
          <w:b/>
        </w:rPr>
        <w:t>[PROJECT / VOLUNTEER ROLE / CLUB / INFORMAL WORK]</w:t>
      </w:r>
      <w:r>
        <w:t xml:space="preserve"> | [Organization or Context] | [Month Year - Month Year]</w:t>
      </w:r>
    </w:p>
    <w:p>
      <w:pPr>
        <w:spacing w:after="30"/>
        <w:ind w:left="259" w:hanging="187"/>
      </w:pPr>
      <w:r>
        <w:rPr>
          <w:b/>
        </w:rPr>
        <w:t xml:space="preserve">• </w:t>
      </w:r>
      <w:r>
        <w:t>Start with a strong action verb and describe what you did, for whom, and why it mattered.</w:t>
      </w:r>
    </w:p>
    <w:p>
      <w:pPr>
        <w:spacing w:after="30"/>
        <w:ind w:left="259" w:hanging="187"/>
      </w:pPr>
      <w:r>
        <w:rPr>
          <w:b/>
        </w:rPr>
        <w:t xml:space="preserve">• </w:t>
      </w:r>
      <w:r>
        <w:t>Add numbers when truthful: people helped, items organized, money raised, posts created, hours volunteered, or deadlines met.</w:t>
      </w:r>
    </w:p>
    <w:p>
      <w:pPr>
        <w:spacing w:after="30"/>
        <w:ind w:left="259" w:hanging="187"/>
      </w:pPr>
      <w:r>
        <w:rPr>
          <w:b/>
        </w:rPr>
        <w:t xml:space="preserve">• </w:t>
      </w:r>
      <w:r>
        <w:t>Connect the experience to the target job: teamwork, reliability, customer interaction, organization, problem-solving, or technology.</w:t>
      </w:r>
    </w:p>
    <w:p>
      <w:pPr>
        <w:spacing w:before="40" w:after="0"/>
      </w:pPr>
      <w:r>
        <w:rPr>
          <w:b/>
        </w:rPr>
        <w:t>[SECOND PROJECT / ACTIVITY / RESPONSIBILITY]</w:t>
      </w:r>
      <w:r>
        <w:t xml:space="preserve"> | [Organization or Context] | [Month Year - Month Year]</w:t>
      </w:r>
    </w:p>
    <w:p>
      <w:pPr>
        <w:spacing w:after="30"/>
        <w:ind w:left="259" w:hanging="187"/>
      </w:pPr>
      <w:r>
        <w:rPr>
          <w:b/>
        </w:rPr>
        <w:t xml:space="preserve">• </w:t>
      </w:r>
      <w:r>
        <w:t>Describe a relevant responsibility or accomplishment using a concise action + context + result structure.</w:t>
      </w:r>
    </w:p>
    <w:p>
      <w:pPr>
        <w:spacing w:after="30"/>
        <w:ind w:left="259" w:hanging="187"/>
      </w:pPr>
      <w:r>
        <w:rPr>
          <w:b/>
        </w:rPr>
        <w:t xml:space="preserve">• </w:t>
      </w:r>
      <w:r>
        <w:t>If you have no formal work history, legitimate examples can include tutoring, caregiving, babysitting, family business help, school events, sports leadership, or personal projects.</w:t>
      </w:r>
    </w:p>
    <w:p>
      <w:pPr>
        <w:pStyle w:val="ResumeSection"/>
        <w:pBdr>
          <w:bottom w:val="single" w:sz="6" w:space="1" w:color="B7BEC8"/>
        </w:pBdr>
      </w:pPr>
      <w:r>
        <w:t>EDUCATION</w:t>
      </w:r>
    </w:p>
    <w:p>
      <w:pPr>
        <w:spacing w:after="0"/>
      </w:pPr>
      <w:r>
        <w:rPr>
          <w:b/>
        </w:rPr>
        <w:t>[SCHOOL / COLLEGE / TRAINING PROGRAM]</w:t>
      </w:r>
      <w:r>
        <w:t xml:space="preserve"> | [City, State]</w:t>
      </w:r>
    </w:p>
    <w:p>
      <w:pPr>
        <w:spacing w:before="0" w:after="20"/>
      </w:pPr>
      <w:r>
        <w:t>[Diploma / Degree / Program] | [Expected or Completed Month Year]</w:t>
      </w:r>
    </w:p>
    <w:p>
      <w:pPr>
        <w:spacing w:before="0" w:after="40"/>
      </w:pPr>
      <w:r>
        <w:t>Optional: Relevant coursework, GPA if strong, honors, academic projects, or certifications.</w:t>
      </w:r>
    </w:p>
    <w:p>
      <w:pPr>
        <w:pStyle w:val="ResumeSection"/>
        <w:pBdr>
          <w:bottom w:val="single" w:sz="6" w:space="1" w:color="B7BEC8"/>
        </w:pBdr>
      </w:pPr>
      <w:r>
        <w:t>ADDITIONAL INFORMATION</w:t>
      </w:r>
    </w:p>
    <w:p>
      <w:pPr>
        <w:spacing w:after="0"/>
      </w:pPr>
      <w:r>
        <w:rPr>
          <w:b/>
        </w:rPr>
        <w:t xml:space="preserve">Languages: </w:t>
      </w:r>
      <w:r>
        <w:t>[Language + proficiency, if relevant]</w:t>
      </w:r>
    </w:p>
    <w:p>
      <w:pPr>
        <w:spacing w:before="0" w:after="0"/>
      </w:pPr>
      <w:r>
        <w:rPr>
          <w:b/>
        </w:rPr>
        <w:t xml:space="preserve">Certifications: </w:t>
      </w:r>
      <w:r>
        <w:t>[Certification, if relevant]</w:t>
      </w:r>
    </w:p>
    <w:p>
      <w:pPr>
        <w:spacing w:before="0" w:after="0"/>
      </w:pPr>
      <w:r>
        <w:rPr>
          <w:b/>
        </w:rPr>
        <w:t xml:space="preserve">Availability: </w:t>
      </w:r>
      <w:r>
        <w:t>[Optional - e.g., evenings/weekends, if useful for the target role]</w:t>
      </w:r>
    </w:p>
    <w:p>
      <w:pPr>
        <w:spacing w:before="140" w:after="0"/>
        <w:jc w:val="center"/>
      </w:pPr>
      <w:r>
        <w:rPr>
          <w:color w:val="5F5F5F"/>
          <w:sz w:val="16"/>
        </w:rPr>
        <w:t>Empregara resume template | Replace all bracketed text before applying.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Section">
    <w:name w:val="Resume Section"/>
    <w:pPr>
      <w:spacing w:before="140" w:after="40"/>
    </w:pPr>
    <w:rPr>
      <w:rFonts w:ascii="Arial" w:hAnsi="Arial" w:eastAsia="Arial"/>
      <w:b/>
      <w:color w:val="191919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No-Experience Resume Template - Empregara</dc:title>
  <dc:subject>ATS-friendly skills-first resume template for first-time job seekers</dc:subject>
  <dc:creator>Empregara</dc:creator>
  <cp:keywords>resume, no experience, first job, entry level, ATS, Empregara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